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וקנייה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 24 השעות ואת חישוב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החלטה שקולה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לחם לארוחת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לחכות יום לפני קנייה לא דחופה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מחיר ליחידה, למשל ל-100 מ״ל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 באמת צריכים שני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להרגיע את הגוף לפני שהראש מחליט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רק אם משתמשים בכל הכמות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לרצות, רק צריך להחליט בחוכמה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הזמן נותן הזדמנות לחשוב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מחיר ליחידה מחלק את המחיר בכמות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הלחץ גורם להחלטה בלי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 נחמד אך לא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(חיכוי יום לפני 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להשוואת מוצרים בגדלים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(דרך להרגיע את הגוף לפני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אם מוזכרים: צורך או רצון, כלל 24 השעות, מחיר ליחידה, והאם באמת צריכים את כל הכמות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שצורך הוא הכרחי ורצון אינו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שממתינים יום לפני קנייה לא דחופה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להבין שמחיר ליחידה מאפשר השוואה הוגנת בין 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אישית של התלמידים - קנייה אחרונה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חישוב המחיר ליחידה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הלחץ של 'רק היום' לטכניקת הנשימה כדי לחבר בין גוף ומחשבה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וקנייה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צורך ומה זה רצון, ואיך לבדוק לפני קנייה אם היא חכמה.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לחיים, כמו אוכל ודיור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נחמד לקבל אבל לא הכרחי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24 השעות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יום אחד לפני קנייה שלא דחופה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מחולק בכמות, כדי להשוות בין 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1+1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שמעודדת לקנות שני פריטים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אימפולסיבית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מהירה בלי חשיבה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פרסומי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דחיפות שמעודדת קנייה מהירה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טכניקת נשימה שעוזרת להירגע לפני החלטה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מהרשימה הכרחי לחיים?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נעליים חדשות כי אהבתי את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לארוחת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 גב נוסף למרות שיש כבר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לפי הכלל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יום לפני קנייה לא דחופה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תוך 24 שעות ממבצע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להחזיר מוצר תוך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מחיר כל 24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המחשבון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ליחידה, למשל ל-100 מ״ל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 האריזה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שואלים לפני שמנצלים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המוצר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באמת צריכים שני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המוצר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יש מבצע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עוזרת הנשימה?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להחליט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להרגיע את הגוף לפני שהראש מחליט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להגדיל את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המחיר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כדאי לקנות את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תמיד, בלי קשר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אם משתמשים בכל הכמות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הבקבוק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המחיר נמוך מ-5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הוא דבר הכרחי לחיים כמו אוכל ומקום לגור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הוא תמיד רע ואסור לקנות דברים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24 השעות עוזר לבדוק אם באמת רוצים לקנות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מחושב רק לפי המחיר הכולל, בלי קשר לכמות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'רק היום' יוצר תחושת לחץ שיכולה לגרום לקנייה מהירה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שהכרחי לחיים כמו מזון או ביגוד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שנחמד לקבל אבל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שאומר לחכות יום אחד לפני קנייה נקרא כלל __________ השעות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להשוות בין שני מוצרים בגדלים שונים מחשבים את המחיר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שמחליטים בלחץ של מבצע, אפשר לעצור ול__________ עמוק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חיכוי יום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להשוואת מוצרים בגדלים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 24 השעות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להרגיע את הגוף לפני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נחמד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הכרחי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כתבו: הקנייה הבאה שלי – מה אבדוק לפני שאני קונה/ת? כתבו לפחות שלוש שאלות שתשאלו את 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כלל 24 השעות?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לחשב מחיר ליחידה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וקנייה חכמה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